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67643" w14:textId="77777777" w:rsidR="007D7359" w:rsidRDefault="00483C14" w:rsidP="007F079F">
      <w:pPr>
        <w:pStyle w:val="Heading1"/>
        <w:jc w:val="center"/>
      </w:pPr>
      <w:r>
        <w:t>Đ</w:t>
      </w:r>
      <w:r>
        <w:t>Ạ</w:t>
      </w:r>
      <w:r>
        <w:t>I H</w:t>
      </w:r>
      <w:r>
        <w:t>Ộ</w:t>
      </w:r>
      <w:r>
        <w:t>I Đ</w:t>
      </w:r>
      <w:r>
        <w:t>Ả</w:t>
      </w:r>
      <w:r>
        <w:t>NG B</w:t>
      </w:r>
      <w:r>
        <w:t>Ộ</w:t>
      </w:r>
      <w:r>
        <w:t xml:space="preserve"> CÔNG TY C</w:t>
      </w:r>
      <w:r>
        <w:t>Ổ</w:t>
      </w:r>
      <w:r>
        <w:t xml:space="preserve"> PH</w:t>
      </w:r>
      <w:r>
        <w:t>Ầ</w:t>
      </w:r>
      <w:r>
        <w:t>N Đ</w:t>
      </w:r>
      <w:r>
        <w:t>Ầ</w:t>
      </w:r>
      <w:r>
        <w:t>U TƯ D</w:t>
      </w:r>
      <w:r>
        <w:t>Ầ</w:t>
      </w:r>
      <w:r>
        <w:t>U KHÍ SAO MAI – B</w:t>
      </w:r>
      <w:r>
        <w:t>Ế</w:t>
      </w:r>
      <w:r>
        <w:t>N ĐÌNH L</w:t>
      </w:r>
      <w:r>
        <w:t>Ầ</w:t>
      </w:r>
      <w:r>
        <w:t>N TH</w:t>
      </w:r>
      <w:r>
        <w:t>Ứ</w:t>
      </w:r>
      <w:r>
        <w:t xml:space="preserve"> V, NHI</w:t>
      </w:r>
      <w:r>
        <w:t>Ệ</w:t>
      </w:r>
      <w:r>
        <w:t>M K</w:t>
      </w:r>
      <w:r>
        <w:t>Ỳ</w:t>
      </w:r>
      <w:r>
        <w:t xml:space="preserve"> 2025–2030</w:t>
      </w:r>
    </w:p>
    <w:p w14:paraId="0B13A1F7" w14:textId="77777777" w:rsidR="007D7359" w:rsidRPr="007B6503" w:rsidRDefault="00483C14" w:rsidP="007F079F">
      <w:pPr>
        <w:jc w:val="center"/>
        <w:rPr>
          <w:b/>
          <w:bCs/>
          <w:lang w:val="vi-VN"/>
        </w:rPr>
      </w:pPr>
      <w:proofErr w:type="spellStart"/>
      <w:r w:rsidRPr="007B6503">
        <w:rPr>
          <w:b/>
          <w:bCs/>
          <w:i/>
        </w:rPr>
        <w:t>Phát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huy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truy</w:t>
      </w:r>
      <w:r w:rsidRPr="007B6503">
        <w:rPr>
          <w:b/>
          <w:bCs/>
          <w:i/>
        </w:rPr>
        <w:t>ề</w:t>
      </w:r>
      <w:r w:rsidRPr="007B6503">
        <w:rPr>
          <w:b/>
          <w:bCs/>
          <w:i/>
        </w:rPr>
        <w:t>n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th</w:t>
      </w:r>
      <w:r w:rsidRPr="007B6503">
        <w:rPr>
          <w:b/>
          <w:bCs/>
          <w:i/>
        </w:rPr>
        <w:t>ố</w:t>
      </w:r>
      <w:r w:rsidRPr="007B6503">
        <w:rPr>
          <w:b/>
          <w:bCs/>
          <w:i/>
        </w:rPr>
        <w:t>ng</w:t>
      </w:r>
      <w:proofErr w:type="spellEnd"/>
      <w:r w:rsidRPr="007B6503">
        <w:rPr>
          <w:b/>
          <w:bCs/>
          <w:i/>
        </w:rPr>
        <w:t xml:space="preserve"> – </w:t>
      </w:r>
      <w:proofErr w:type="spellStart"/>
      <w:r w:rsidRPr="007B6503">
        <w:rPr>
          <w:b/>
          <w:bCs/>
          <w:i/>
        </w:rPr>
        <w:t>Đ</w:t>
      </w:r>
      <w:r w:rsidRPr="007B6503">
        <w:rPr>
          <w:b/>
          <w:bCs/>
          <w:i/>
        </w:rPr>
        <w:t>ổ</w:t>
      </w:r>
      <w:r w:rsidRPr="007B6503">
        <w:rPr>
          <w:b/>
          <w:bCs/>
          <w:i/>
        </w:rPr>
        <w:t>i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m</w:t>
      </w:r>
      <w:r w:rsidRPr="007B6503">
        <w:rPr>
          <w:b/>
          <w:bCs/>
          <w:i/>
        </w:rPr>
        <w:t>ớ</w:t>
      </w:r>
      <w:r w:rsidRPr="007B6503">
        <w:rPr>
          <w:b/>
          <w:bCs/>
          <w:i/>
        </w:rPr>
        <w:t>i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sáng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t</w:t>
      </w:r>
      <w:r w:rsidRPr="007B6503">
        <w:rPr>
          <w:b/>
          <w:bCs/>
          <w:i/>
        </w:rPr>
        <w:t>ạ</w:t>
      </w:r>
      <w:r w:rsidRPr="007B6503">
        <w:rPr>
          <w:b/>
          <w:bCs/>
          <w:i/>
        </w:rPr>
        <w:t>o</w:t>
      </w:r>
      <w:proofErr w:type="spellEnd"/>
      <w:r w:rsidRPr="007B6503">
        <w:rPr>
          <w:b/>
          <w:bCs/>
          <w:i/>
        </w:rPr>
        <w:t xml:space="preserve"> – </w:t>
      </w:r>
      <w:proofErr w:type="spellStart"/>
      <w:r w:rsidRPr="007B6503">
        <w:rPr>
          <w:b/>
          <w:bCs/>
          <w:i/>
        </w:rPr>
        <w:t>Xây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d</w:t>
      </w:r>
      <w:r w:rsidRPr="007B6503">
        <w:rPr>
          <w:b/>
          <w:bCs/>
          <w:i/>
        </w:rPr>
        <w:t>ự</w:t>
      </w:r>
      <w:r w:rsidRPr="007B6503">
        <w:rPr>
          <w:b/>
          <w:bCs/>
          <w:i/>
        </w:rPr>
        <w:t>ng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Đ</w:t>
      </w:r>
      <w:r w:rsidRPr="007B6503">
        <w:rPr>
          <w:b/>
          <w:bCs/>
          <w:i/>
        </w:rPr>
        <w:t>ả</w:t>
      </w:r>
      <w:r w:rsidRPr="007B6503">
        <w:rPr>
          <w:b/>
          <w:bCs/>
          <w:i/>
        </w:rPr>
        <w:t>ng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b</w:t>
      </w:r>
      <w:r w:rsidRPr="007B6503">
        <w:rPr>
          <w:b/>
          <w:bCs/>
          <w:i/>
        </w:rPr>
        <w:t>ộ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trong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s</w:t>
      </w:r>
      <w:r w:rsidRPr="007B6503">
        <w:rPr>
          <w:b/>
          <w:bCs/>
          <w:i/>
        </w:rPr>
        <w:t>ạ</w:t>
      </w:r>
      <w:r w:rsidRPr="007B6503">
        <w:rPr>
          <w:b/>
          <w:bCs/>
          <w:i/>
        </w:rPr>
        <w:t>ch</w:t>
      </w:r>
      <w:proofErr w:type="spellEnd"/>
      <w:r w:rsidRPr="007B6503">
        <w:rPr>
          <w:b/>
          <w:bCs/>
          <w:i/>
        </w:rPr>
        <w:t xml:space="preserve">, </w:t>
      </w:r>
      <w:proofErr w:type="spellStart"/>
      <w:r w:rsidRPr="007B6503">
        <w:rPr>
          <w:b/>
          <w:bCs/>
          <w:i/>
        </w:rPr>
        <w:t>v</w:t>
      </w:r>
      <w:r w:rsidRPr="007B6503">
        <w:rPr>
          <w:b/>
          <w:bCs/>
          <w:i/>
        </w:rPr>
        <w:t>ữ</w:t>
      </w:r>
      <w:r w:rsidRPr="007B6503">
        <w:rPr>
          <w:b/>
          <w:bCs/>
          <w:i/>
        </w:rPr>
        <w:t>ng</w:t>
      </w:r>
      <w:proofErr w:type="spellEnd"/>
      <w:r w:rsidRPr="007B6503">
        <w:rPr>
          <w:b/>
          <w:bCs/>
          <w:i/>
        </w:rPr>
        <w:t xml:space="preserve"> </w:t>
      </w:r>
      <w:proofErr w:type="spellStart"/>
      <w:r w:rsidRPr="007B6503">
        <w:rPr>
          <w:b/>
          <w:bCs/>
          <w:i/>
        </w:rPr>
        <w:t>m</w:t>
      </w:r>
      <w:r w:rsidRPr="007B6503">
        <w:rPr>
          <w:b/>
          <w:bCs/>
          <w:i/>
        </w:rPr>
        <w:t>ạ</w:t>
      </w:r>
      <w:r w:rsidRPr="007B6503">
        <w:rPr>
          <w:b/>
          <w:bCs/>
          <w:i/>
        </w:rPr>
        <w:t>nh</w:t>
      </w:r>
      <w:proofErr w:type="spellEnd"/>
    </w:p>
    <w:p w14:paraId="0B3927FF" w14:textId="77777777" w:rsidR="007D7359" w:rsidRDefault="00483C14">
      <w:pPr>
        <w:rPr>
          <w:lang w:val="vi-VN"/>
        </w:rPr>
      </w:pP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b</w:t>
      </w:r>
      <w:r>
        <w:t>ộ</w:t>
      </w:r>
      <w:proofErr w:type="spellEnd"/>
      <w:r>
        <w:t xml:space="preserve"> Công ty </w:t>
      </w:r>
      <w:proofErr w:type="spellStart"/>
      <w:r>
        <w:t>C</w:t>
      </w:r>
      <w:r>
        <w:t>ổ</w:t>
      </w:r>
      <w:proofErr w:type="spellEnd"/>
      <w:r>
        <w:t xml:space="preserve"> </w:t>
      </w:r>
      <w:proofErr w:type="spellStart"/>
      <w:r>
        <w:t>ph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Đ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Sao Mai – </w:t>
      </w:r>
      <w:proofErr w:type="spellStart"/>
      <w:r>
        <w:t>B</w:t>
      </w:r>
      <w:r>
        <w:t>ế</w:t>
      </w:r>
      <w:r>
        <w:t>n</w:t>
      </w:r>
      <w:proofErr w:type="spellEnd"/>
      <w:r>
        <w:t xml:space="preserve">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l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th</w:t>
      </w:r>
      <w:r>
        <w:t>ứ</w:t>
      </w:r>
      <w:proofErr w:type="spellEnd"/>
      <w:r>
        <w:t xml:space="preserve"> </w:t>
      </w:r>
      <w:r>
        <w:t xml:space="preserve">V,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k</w:t>
      </w:r>
      <w:r>
        <w:t>ỳ</w:t>
      </w:r>
      <w:proofErr w:type="spellEnd"/>
      <w:r>
        <w:t xml:space="preserve"> 2025–2030 </w:t>
      </w:r>
      <w:proofErr w:type="spellStart"/>
      <w:r>
        <w:t>đư</w:t>
      </w:r>
      <w:r>
        <w:t>ợ</w:t>
      </w:r>
      <w:r>
        <w:t>c</w:t>
      </w:r>
      <w:proofErr w:type="spellEnd"/>
      <w:r>
        <w:t xml:space="preserve"> </w:t>
      </w:r>
      <w:proofErr w:type="spellStart"/>
      <w:r>
        <w:t>t</w:t>
      </w:r>
      <w:r>
        <w:t>ổ</w:t>
      </w:r>
      <w:proofErr w:type="spellEnd"/>
      <w:r>
        <w:t xml:space="preserve"> </w:t>
      </w:r>
      <w:proofErr w:type="spellStart"/>
      <w:r>
        <w:t>ch</w:t>
      </w:r>
      <w:r>
        <w:t>ứ</w:t>
      </w:r>
      <w:r>
        <w:t>c</w:t>
      </w:r>
      <w:proofErr w:type="spellEnd"/>
      <w:r>
        <w:t xml:space="preserve"> </w:t>
      </w:r>
      <w:proofErr w:type="spellStart"/>
      <w:r>
        <w:t>tr</w:t>
      </w:r>
      <w:r>
        <w:t>ọ</w:t>
      </w:r>
      <w:r>
        <w:t>ng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15/5/2025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,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ch</w:t>
      </w:r>
      <w:r>
        <w:t>ủ</w:t>
      </w:r>
      <w:proofErr w:type="spellEnd"/>
      <w:r>
        <w:t xml:space="preserve">,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</w:t>
      </w:r>
      <w:r>
        <w:t>ầ</w:t>
      </w:r>
      <w:r>
        <w:t>y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th</w:t>
      </w:r>
      <w:r>
        <w:t>ế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</w:t>
      </w:r>
      <w:proofErr w:type="spellStart"/>
      <w:r>
        <w:t>l</w:t>
      </w:r>
      <w:r>
        <w:t>ậ</w:t>
      </w:r>
      <w:r>
        <w:t>p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</w:t>
      </w:r>
      <w:r>
        <w:t>ừ</w:t>
      </w:r>
      <w:r>
        <w:t>ng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</w:t>
      </w:r>
      <w:r>
        <w:t>ấ</w:t>
      </w:r>
      <w:r>
        <w:t>p</w:t>
      </w:r>
      <w:proofErr w:type="spellEnd"/>
      <w:r>
        <w:t xml:space="preserve"> </w:t>
      </w:r>
      <w:proofErr w:type="spellStart"/>
      <w:r>
        <w:t>ti</w:t>
      </w:r>
      <w:r>
        <w:t>ế</w:t>
      </w:r>
      <w:r>
        <w:t>n</w:t>
      </w:r>
      <w:proofErr w:type="spellEnd"/>
      <w:r>
        <w:t xml:space="preserve"> </w:t>
      </w:r>
      <w:proofErr w:type="spellStart"/>
      <w:r>
        <w:t>t</w:t>
      </w:r>
      <w:r>
        <w:t>ớ</w:t>
      </w:r>
      <w:r>
        <w:t>i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qu</w:t>
      </w:r>
      <w:r>
        <w:t>ố</w:t>
      </w:r>
      <w:r>
        <w:t>c</w:t>
      </w:r>
      <w:proofErr w:type="spellEnd"/>
      <w:r>
        <w:t xml:space="preserve"> </w:t>
      </w:r>
      <w:proofErr w:type="spellStart"/>
      <w:r>
        <w:t>l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th</w:t>
      </w:r>
      <w:r>
        <w:t>ứ</w:t>
      </w:r>
      <w:proofErr w:type="spellEnd"/>
      <w:r>
        <w:t xml:space="preserve"> XIV.</w:t>
      </w:r>
    </w:p>
    <w:p w14:paraId="2AC01C02" w14:textId="77777777" w:rsidR="007F079F" w:rsidRPr="007F079F" w:rsidRDefault="007B6503">
      <w:pPr>
        <w:rPr>
          <w:lang w:val="vi-VN"/>
        </w:rPr>
      </w:pPr>
      <w:r>
        <w:rPr>
          <w:noProof/>
        </w:rPr>
        <w:drawing>
          <wp:inline distT="0" distB="0" distL="0" distR="0" wp14:anchorId="3F02D7B3" wp14:editId="6B19C863">
            <wp:extent cx="5486400" cy="3655695"/>
            <wp:effectExtent l="0" t="0" r="0" b="1905"/>
            <wp:docPr id="20497638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3F50" w14:textId="77777777" w:rsidR="007F079F" w:rsidRPr="007B6503" w:rsidRDefault="007F079F" w:rsidP="007F079F">
      <w:pPr>
        <w:jc w:val="center"/>
        <w:rPr>
          <w:i/>
          <w:iCs/>
        </w:rPr>
      </w:pPr>
      <w:r w:rsidRPr="007B6503">
        <w:rPr>
          <w:i/>
          <w:iCs/>
        </w:rPr>
        <w:t>(</w:t>
      </w:r>
      <w:proofErr w:type="spellStart"/>
      <w:r w:rsidRPr="007B6503">
        <w:rPr>
          <w:i/>
          <w:iCs/>
        </w:rPr>
        <w:t>Toàn</w:t>
      </w:r>
      <w:proofErr w:type="spellEnd"/>
      <w:r w:rsidR="007B6503" w:rsidRPr="007B6503">
        <w:rPr>
          <w:i/>
          <w:iCs/>
        </w:rPr>
        <w:t xml:space="preserve"> </w:t>
      </w:r>
      <w:proofErr w:type="spellStart"/>
      <w:r w:rsidR="007B6503" w:rsidRPr="007B6503">
        <w:rPr>
          <w:i/>
          <w:iCs/>
        </w:rPr>
        <w:t>cảnh</w:t>
      </w:r>
      <w:proofErr w:type="spellEnd"/>
      <w:r w:rsidR="007B6503" w:rsidRPr="007B6503">
        <w:rPr>
          <w:i/>
          <w:iCs/>
        </w:rPr>
        <w:t xml:space="preserve"> </w:t>
      </w:r>
      <w:proofErr w:type="spellStart"/>
      <w:r w:rsidR="007B6503" w:rsidRPr="007B6503">
        <w:rPr>
          <w:i/>
          <w:iCs/>
        </w:rPr>
        <w:t>Đại</w:t>
      </w:r>
      <w:proofErr w:type="spellEnd"/>
      <w:r w:rsidR="007B6503" w:rsidRPr="007B6503">
        <w:rPr>
          <w:i/>
          <w:iCs/>
        </w:rPr>
        <w:t xml:space="preserve"> </w:t>
      </w:r>
      <w:proofErr w:type="spellStart"/>
      <w:r w:rsidR="007B6503" w:rsidRPr="007B6503">
        <w:rPr>
          <w:i/>
          <w:iCs/>
        </w:rPr>
        <w:t>hội</w:t>
      </w:r>
      <w:proofErr w:type="spellEnd"/>
      <w:r w:rsidRPr="007B6503">
        <w:rPr>
          <w:i/>
          <w:iCs/>
        </w:rPr>
        <w:t>)</w:t>
      </w:r>
    </w:p>
    <w:p w14:paraId="292C9796" w14:textId="77777777" w:rsidR="007D7359" w:rsidRDefault="00483C14"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đ</w:t>
      </w:r>
      <w:r>
        <w:t>ợ</w:t>
      </w:r>
      <w:r>
        <w:t>t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</w:t>
      </w:r>
      <w:r>
        <w:t>ạ</w:t>
      </w:r>
      <w:r>
        <w:t>t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</w:t>
      </w:r>
      <w:r>
        <w:t>ị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r</w:t>
      </w:r>
      <w:r>
        <w:t>ộ</w:t>
      </w:r>
      <w:r>
        <w:t>ng</w:t>
      </w:r>
      <w:proofErr w:type="spellEnd"/>
      <w:r>
        <w:t xml:space="preserve">,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hi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</w:t>
      </w:r>
      <w:r>
        <w:t>ệ</w:t>
      </w:r>
      <w:r>
        <w:t>c</w:t>
      </w:r>
      <w:proofErr w:type="spellEnd"/>
      <w:r>
        <w:t xml:space="preserve"> </w:t>
      </w:r>
      <w:proofErr w:type="spellStart"/>
      <w:r>
        <w:t>t</w:t>
      </w:r>
      <w:r>
        <w:t>ổ</w:t>
      </w:r>
      <w:r>
        <w:t>ng</w:t>
      </w:r>
      <w:proofErr w:type="spellEnd"/>
      <w:r>
        <w:t xml:space="preserve"> </w:t>
      </w:r>
      <w:proofErr w:type="spellStart"/>
      <w:r>
        <w:t>k</w:t>
      </w:r>
      <w:r>
        <w:t>ế</w:t>
      </w:r>
      <w:r>
        <w:t>t</w:t>
      </w:r>
      <w:proofErr w:type="spellEnd"/>
      <w:r>
        <w:t xml:space="preserve">,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k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qu</w:t>
      </w:r>
      <w:r>
        <w:t>ả</w:t>
      </w:r>
      <w:proofErr w:type="spellEnd"/>
      <w:r>
        <w:t xml:space="preserve"> </w:t>
      </w:r>
      <w:proofErr w:type="spellStart"/>
      <w:r>
        <w:t>th</w:t>
      </w:r>
      <w:r>
        <w:t>ự</w:t>
      </w:r>
      <w:r>
        <w:t>c</w:t>
      </w:r>
      <w:proofErr w:type="spellEnd"/>
      <w:r>
        <w:t xml:space="preserve"> </w:t>
      </w:r>
      <w:proofErr w:type="spellStart"/>
      <w:r>
        <w:t>hi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Ngh</w:t>
      </w:r>
      <w:r>
        <w:t>ị</w:t>
      </w:r>
      <w:proofErr w:type="spellEnd"/>
      <w:r>
        <w:t xml:space="preserve"> </w:t>
      </w:r>
      <w:proofErr w:type="spellStart"/>
      <w:r>
        <w:t>quy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l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th</w:t>
      </w:r>
      <w:r>
        <w:t>ứ</w:t>
      </w:r>
      <w:proofErr w:type="spellEnd"/>
      <w:r>
        <w:t xml:space="preserve"> IV,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</w:t>
      </w:r>
      <w:r>
        <w:t>ị</w:t>
      </w:r>
      <w:r>
        <w:t>nh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hư</w:t>
      </w:r>
      <w:r>
        <w:t>ớ</w:t>
      </w:r>
      <w:r>
        <w:t>ng</w:t>
      </w:r>
      <w:proofErr w:type="spellEnd"/>
      <w:r>
        <w:t xml:space="preserve">,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v</w:t>
      </w:r>
      <w:r>
        <w:t>ụ</w:t>
      </w:r>
      <w:proofErr w:type="spellEnd"/>
      <w:r>
        <w:t xml:space="preserve">, </w:t>
      </w:r>
      <w:proofErr w:type="spellStart"/>
      <w:r>
        <w:t>gi</w:t>
      </w:r>
      <w:r>
        <w:t>ả</w:t>
      </w:r>
      <w:r>
        <w:t>i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k</w:t>
      </w:r>
      <w:r>
        <w:t>ỳ</w:t>
      </w:r>
      <w:proofErr w:type="spellEnd"/>
      <w:r>
        <w:t xml:space="preserve"> 2025–2030; </w:t>
      </w:r>
      <w:proofErr w:type="spellStart"/>
      <w:r>
        <w:t>đ</w:t>
      </w:r>
      <w:r>
        <w:t>ồ</w:t>
      </w:r>
      <w:r>
        <w:t>ng</w:t>
      </w:r>
      <w:proofErr w:type="spellEnd"/>
      <w:r>
        <w:t xml:space="preserve"> </w:t>
      </w:r>
      <w:proofErr w:type="spellStart"/>
      <w:r>
        <w:t>th</w:t>
      </w:r>
      <w:r>
        <w:t>ờ</w:t>
      </w:r>
      <w:r>
        <w:t>i</w:t>
      </w:r>
      <w:proofErr w:type="spellEnd"/>
      <w:r>
        <w:t xml:space="preserve"> </w:t>
      </w:r>
      <w:proofErr w:type="spellStart"/>
      <w:r>
        <w:t>l</w:t>
      </w:r>
      <w:r>
        <w:t>ự</w:t>
      </w:r>
      <w:r>
        <w:t>a</w:t>
      </w:r>
      <w:proofErr w:type="spellEnd"/>
      <w:r>
        <w:t xml:space="preserve"> </w:t>
      </w:r>
      <w:proofErr w:type="spellStart"/>
      <w:r>
        <w:t>c</w:t>
      </w:r>
      <w:r>
        <w:t>h</w:t>
      </w:r>
      <w:r>
        <w:t>ọ</w:t>
      </w:r>
      <w:r>
        <w:t>n</w:t>
      </w:r>
      <w:proofErr w:type="spellEnd"/>
      <w:r>
        <w:t xml:space="preserve"> </w:t>
      </w:r>
      <w:proofErr w:type="spellStart"/>
      <w:r>
        <w:t>nh</w:t>
      </w:r>
      <w:r>
        <w:t>ữ</w:t>
      </w:r>
      <w:r>
        <w:t>ng</w:t>
      </w:r>
      <w:proofErr w:type="spellEnd"/>
      <w:r>
        <w:t xml:space="preserve"> </w:t>
      </w:r>
      <w:proofErr w:type="spellStart"/>
      <w:r>
        <w:t>đ</w:t>
      </w:r>
      <w:r>
        <w:t>ồ</w:t>
      </w:r>
      <w:r>
        <w:t>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bi</w:t>
      </w:r>
      <w:r>
        <w:t>ể</w:t>
      </w:r>
      <w:r>
        <w:t>u</w:t>
      </w:r>
      <w:proofErr w:type="spellEnd"/>
      <w:r>
        <w:t xml:space="preserve"> </w:t>
      </w:r>
      <w:proofErr w:type="spellStart"/>
      <w:r>
        <w:t>v</w:t>
      </w:r>
      <w:r>
        <w:t>ề</w:t>
      </w:r>
      <w:proofErr w:type="spellEnd"/>
      <w:r>
        <w:t xml:space="preserve"> </w:t>
      </w:r>
      <w:proofErr w:type="spellStart"/>
      <w:r>
        <w:t>ph</w:t>
      </w:r>
      <w:r>
        <w:t>ẩ</w:t>
      </w:r>
      <w:r>
        <w:t>m</w:t>
      </w:r>
      <w:proofErr w:type="spellEnd"/>
      <w:r>
        <w:t xml:space="preserve"> </w:t>
      </w:r>
      <w:proofErr w:type="spellStart"/>
      <w:r>
        <w:t>ch</w:t>
      </w:r>
      <w:r>
        <w:t>ấ</w:t>
      </w:r>
      <w:r>
        <w:t>t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</w:t>
      </w:r>
      <w:r>
        <w:t>ị</w:t>
      </w:r>
      <w:proofErr w:type="spellEnd"/>
      <w:r>
        <w:t xml:space="preserve">, </w:t>
      </w:r>
      <w:proofErr w:type="spellStart"/>
      <w:r>
        <w:t>đ</w:t>
      </w:r>
      <w:r>
        <w:t>ạ</w:t>
      </w:r>
      <w:r>
        <w:t>o</w:t>
      </w:r>
      <w:proofErr w:type="spellEnd"/>
      <w:r>
        <w:t xml:space="preserve"> </w:t>
      </w:r>
      <w:proofErr w:type="spellStart"/>
      <w:r>
        <w:t>đ</w:t>
      </w:r>
      <w:r>
        <w:t>ứ</w:t>
      </w:r>
      <w:r>
        <w:t>c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</w:t>
      </w:r>
      <w:r>
        <w:t>ự</w:t>
      </w:r>
      <w:r>
        <w:t>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đ</w:t>
      </w:r>
      <w:r>
        <w:t>ể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Ban </w:t>
      </w:r>
      <w:proofErr w:type="spellStart"/>
      <w:r>
        <w:t>Ch</w:t>
      </w:r>
      <w:r>
        <w:t>ấ</w:t>
      </w:r>
      <w:r>
        <w:t>p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k</w:t>
      </w:r>
      <w:r>
        <w:t>ỳ</w:t>
      </w:r>
      <w:proofErr w:type="spellEnd"/>
      <w:r>
        <w:t xml:space="preserve"> </w:t>
      </w:r>
      <w:proofErr w:type="spellStart"/>
      <w:r>
        <w:t>m</w:t>
      </w:r>
      <w:r>
        <w:t>ớ</w:t>
      </w:r>
      <w:r>
        <w:t>i</w:t>
      </w:r>
      <w:proofErr w:type="spellEnd"/>
      <w:r>
        <w:t>.</w:t>
      </w:r>
    </w:p>
    <w:p w14:paraId="2EC01FD3" w14:textId="77777777" w:rsidR="007D7359" w:rsidRDefault="00483C14">
      <w:pPr>
        <w:rPr>
          <w:lang w:val="vi-VN"/>
        </w:rPr>
      </w:pPr>
      <w:proofErr w:type="spellStart"/>
      <w:r>
        <w:t>Phát</w:t>
      </w:r>
      <w:proofErr w:type="spellEnd"/>
      <w:r>
        <w:t xml:space="preserve"> </w:t>
      </w:r>
      <w:proofErr w:type="spellStart"/>
      <w:r>
        <w:t>bi</w:t>
      </w:r>
      <w:r>
        <w:t>ể</w:t>
      </w:r>
      <w:r>
        <w:t>u</w:t>
      </w:r>
      <w:proofErr w:type="spellEnd"/>
      <w:r>
        <w:t xml:space="preserve"> </w:t>
      </w:r>
      <w:proofErr w:type="spellStart"/>
      <w:r>
        <w:t>t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, </w:t>
      </w:r>
      <w:proofErr w:type="spellStart"/>
      <w:r>
        <w:t>đ</w:t>
      </w:r>
      <w:r>
        <w:t>ồ</w:t>
      </w:r>
      <w:r>
        <w:t>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Phan Thanh Tùng – </w:t>
      </w:r>
      <w:proofErr w:type="spellStart"/>
      <w:r>
        <w:t>Bí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ủ</w:t>
      </w:r>
      <w:r>
        <w:t>y</w:t>
      </w:r>
      <w:proofErr w:type="spellEnd"/>
      <w:r>
        <w:t xml:space="preserve">, </w:t>
      </w:r>
      <w:proofErr w:type="spellStart"/>
      <w:r>
        <w:t>Ch</w:t>
      </w:r>
      <w:r>
        <w:t>ủ</w:t>
      </w:r>
      <w:proofErr w:type="spellEnd"/>
      <w:r>
        <w:t xml:space="preserve"> </w:t>
      </w:r>
      <w:proofErr w:type="spellStart"/>
      <w:r>
        <w:t>t</w:t>
      </w:r>
      <w:r>
        <w:t>ị</w:t>
      </w:r>
      <w:r>
        <w:t>ch</w:t>
      </w:r>
      <w:proofErr w:type="spellEnd"/>
      <w:r>
        <w:t xml:space="preserve"> HĐQT </w:t>
      </w:r>
      <w:proofErr w:type="spellStart"/>
      <w:r>
        <w:t>T</w:t>
      </w:r>
      <w:r>
        <w:t>ổ</w:t>
      </w:r>
      <w:r>
        <w:t>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ty PTSC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bi</w:t>
      </w:r>
      <w:r>
        <w:t>ể</w:t>
      </w:r>
      <w:r>
        <w:t>u</w:t>
      </w:r>
      <w:proofErr w:type="spellEnd"/>
      <w:r>
        <w:t xml:space="preserve"> </w:t>
      </w:r>
      <w:proofErr w:type="spellStart"/>
      <w:r>
        <w:t>dương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</w:t>
      </w:r>
      <w:r>
        <w:t>ế</w:t>
      </w:r>
      <w:r>
        <w:t>t</w:t>
      </w:r>
      <w:proofErr w:type="spellEnd"/>
      <w:r>
        <w:t xml:space="preserve">,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</w:t>
      </w:r>
      <w:r>
        <w:t>ạ</w:t>
      </w:r>
      <w:r>
        <w:t>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</w:t>
      </w:r>
      <w:r>
        <w:t>ỗ</w:t>
      </w:r>
      <w:proofErr w:type="spellEnd"/>
      <w:r>
        <w:t xml:space="preserve"> </w:t>
      </w:r>
      <w:proofErr w:type="spellStart"/>
      <w:r>
        <w:t>l</w:t>
      </w:r>
      <w:r>
        <w:t>ự</w:t>
      </w:r>
      <w:r>
        <w:t>c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t</w:t>
      </w:r>
      <w:r>
        <w:t>ậ</w:t>
      </w:r>
      <w:r>
        <w:t>p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b</w:t>
      </w:r>
      <w:r>
        <w:t>ộ</w:t>
      </w:r>
      <w:proofErr w:type="spellEnd"/>
      <w:r>
        <w:t xml:space="preserve"> Công ty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su</w:t>
      </w:r>
      <w:r>
        <w:t>ố</w:t>
      </w:r>
      <w:r>
        <w:t>t</w:t>
      </w:r>
      <w:proofErr w:type="spellEnd"/>
      <w:r>
        <w:t xml:space="preserve">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k</w:t>
      </w:r>
      <w:r>
        <w:t>ỳ</w:t>
      </w:r>
      <w:proofErr w:type="spellEnd"/>
      <w:r>
        <w:t xml:space="preserve"> qua. </w:t>
      </w:r>
      <w:proofErr w:type="spellStart"/>
      <w:r>
        <w:t>Đ</w:t>
      </w:r>
      <w:r>
        <w:t>ồ</w:t>
      </w:r>
      <w:r>
        <w:t>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nh</w:t>
      </w:r>
      <w:r>
        <w:t>ấ</w:t>
      </w:r>
      <w:r>
        <w:t>n</w:t>
      </w:r>
      <w:proofErr w:type="spellEnd"/>
      <w:r>
        <w:t xml:space="preserve"> </w:t>
      </w:r>
      <w:proofErr w:type="spellStart"/>
      <w:r>
        <w:t>m</w:t>
      </w:r>
      <w:r>
        <w:t>ạ</w:t>
      </w:r>
      <w:r>
        <w:t>nh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, </w:t>
      </w:r>
      <w:proofErr w:type="spellStart"/>
      <w:r>
        <w:t>nòng</w:t>
      </w:r>
      <w:proofErr w:type="spellEnd"/>
      <w:r>
        <w:t xml:space="preserve"> </w:t>
      </w:r>
      <w:proofErr w:type="spellStart"/>
      <w:r>
        <w:t>c</w:t>
      </w:r>
      <w:r>
        <w:t>ố</w:t>
      </w:r>
      <w:r>
        <w:t>t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b</w:t>
      </w:r>
      <w:r>
        <w:t>ộ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</w:t>
      </w:r>
      <w:r>
        <w:t>ệ</w:t>
      </w:r>
      <w:r>
        <w:t>c</w:t>
      </w:r>
      <w:proofErr w:type="spellEnd"/>
      <w:r>
        <w:t xml:space="preserve"> </w:t>
      </w:r>
      <w:proofErr w:type="spellStart"/>
      <w:r>
        <w:t>lãnh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o</w:t>
      </w:r>
      <w:proofErr w:type="spellEnd"/>
      <w:r>
        <w:t xml:space="preserve"> </w:t>
      </w:r>
      <w:proofErr w:type="spellStart"/>
      <w:r>
        <w:t>th</w:t>
      </w:r>
      <w:r>
        <w:t>ự</w:t>
      </w:r>
      <w:r>
        <w:t>c</w:t>
      </w:r>
      <w:proofErr w:type="spellEnd"/>
      <w:r>
        <w:t xml:space="preserve"> </w:t>
      </w:r>
      <w:proofErr w:type="spellStart"/>
      <w:r>
        <w:t>hi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</w:t>
      </w:r>
      <w:r>
        <w:t>ỉ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s</w:t>
      </w:r>
      <w:r>
        <w:t>ả</w:t>
      </w:r>
      <w:r>
        <w:t>n</w:t>
      </w:r>
      <w:proofErr w:type="spellEnd"/>
      <w:r>
        <w:t xml:space="preserve"> </w:t>
      </w:r>
      <w:proofErr w:type="spellStart"/>
      <w:r>
        <w:t>xu</w:t>
      </w:r>
      <w:r>
        <w:t>ấ</w:t>
      </w:r>
      <w:r>
        <w:t>t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doanh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</w:t>
      </w:r>
      <w:r>
        <w:t>ể</w:t>
      </w:r>
      <w:r>
        <w:t>n</w:t>
      </w:r>
      <w:proofErr w:type="spellEnd"/>
      <w:r>
        <w:t xml:space="preserve"> </w:t>
      </w:r>
      <w:proofErr w:type="spellStart"/>
      <w:r>
        <w:t>d</w:t>
      </w:r>
      <w:r>
        <w:t>ị</w:t>
      </w:r>
      <w:r>
        <w:t>ch</w:t>
      </w:r>
      <w:proofErr w:type="spellEnd"/>
      <w:r>
        <w:t xml:space="preserve"> </w:t>
      </w:r>
      <w:proofErr w:type="spellStart"/>
      <w:r>
        <w:t>v</w:t>
      </w:r>
      <w:r>
        <w:t>ụ</w:t>
      </w:r>
      <w:proofErr w:type="spellEnd"/>
      <w:r>
        <w:t xml:space="preserve"> </w:t>
      </w:r>
      <w:proofErr w:type="spellStart"/>
      <w:r>
        <w:t>c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bãi</w:t>
      </w:r>
      <w:proofErr w:type="spellEnd"/>
      <w:r w:rsidR="002D6813">
        <w:rPr>
          <w:lang w:val="vi-VN"/>
        </w:rPr>
        <w:t xml:space="preserve"> chế tạo</w:t>
      </w:r>
      <w:r>
        <w:t xml:space="preserve">,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ứ</w:t>
      </w:r>
      <w:r>
        <w:t>ng</w:t>
      </w:r>
      <w:proofErr w:type="spellEnd"/>
      <w:r>
        <w:t xml:space="preserve"> </w:t>
      </w:r>
      <w:proofErr w:type="spellStart"/>
      <w:r>
        <w:t>v</w:t>
      </w:r>
      <w:r>
        <w:t>ậ</w:t>
      </w:r>
      <w:r>
        <w:t>t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,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l</w:t>
      </w:r>
      <w:r>
        <w:t>ự</w:t>
      </w:r>
      <w:r>
        <w:t>c</w:t>
      </w:r>
      <w:proofErr w:type="spellEnd"/>
      <w:r>
        <w:t xml:space="preserve"> </w:t>
      </w:r>
      <w:proofErr w:type="spellStart"/>
      <w:r>
        <w:t>v</w:t>
      </w:r>
      <w:r>
        <w:t>à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ph</w:t>
      </w:r>
      <w:r>
        <w:t>ụ</w:t>
      </w:r>
      <w:r>
        <w:t>c</w:t>
      </w:r>
      <w:proofErr w:type="spellEnd"/>
      <w:r>
        <w:t xml:space="preserve"> </w:t>
      </w:r>
      <w:proofErr w:type="spellStart"/>
      <w:r>
        <w:t>v</w:t>
      </w:r>
      <w:r>
        <w:t>ụ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 </w:t>
      </w:r>
      <w:proofErr w:type="spellStart"/>
      <w:r>
        <w:t>D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="007F079F">
        <w:rPr>
          <w:lang w:val="vi-VN"/>
        </w:rPr>
        <w:t>Năng lượng tái tạo</w:t>
      </w:r>
      <w:r>
        <w:t>.</w:t>
      </w:r>
    </w:p>
    <w:p w14:paraId="1B919C53" w14:textId="77777777" w:rsidR="007B6503" w:rsidRPr="007B6503" w:rsidRDefault="007B6503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5729806A" wp14:editId="6E30457C">
            <wp:extent cx="5486400" cy="3737610"/>
            <wp:effectExtent l="0" t="0" r="0" b="0"/>
            <wp:docPr id="11298438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D83F" w14:textId="77777777" w:rsidR="007B6503" w:rsidRPr="007B6503" w:rsidRDefault="007B6503" w:rsidP="007B6503">
      <w:pPr>
        <w:jc w:val="center"/>
        <w:rPr>
          <w:i/>
          <w:iCs/>
          <w:lang w:val="vi-VN"/>
        </w:rPr>
      </w:pPr>
      <w:r w:rsidRPr="007B6503">
        <w:rPr>
          <w:i/>
          <w:iCs/>
          <w:lang w:val="vi-VN"/>
        </w:rPr>
        <w:t>(</w:t>
      </w:r>
      <w:proofErr w:type="spellStart"/>
      <w:r w:rsidRPr="007B6503">
        <w:rPr>
          <w:i/>
          <w:iCs/>
        </w:rPr>
        <w:t>Đồng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chí</w:t>
      </w:r>
      <w:proofErr w:type="spellEnd"/>
      <w:r w:rsidRPr="007B6503">
        <w:rPr>
          <w:i/>
          <w:iCs/>
        </w:rPr>
        <w:t xml:space="preserve"> Phan Thanh Tùng – </w:t>
      </w:r>
      <w:proofErr w:type="spellStart"/>
      <w:r w:rsidRPr="007B6503">
        <w:rPr>
          <w:i/>
          <w:iCs/>
        </w:rPr>
        <w:t>Bí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thư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Đảng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ủy</w:t>
      </w:r>
      <w:proofErr w:type="spellEnd"/>
      <w:r w:rsidRPr="007B6503">
        <w:rPr>
          <w:i/>
          <w:iCs/>
        </w:rPr>
        <w:t xml:space="preserve">, </w:t>
      </w:r>
      <w:proofErr w:type="spellStart"/>
      <w:r w:rsidRPr="007B6503">
        <w:rPr>
          <w:i/>
          <w:iCs/>
        </w:rPr>
        <w:t>Chủ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tịch</w:t>
      </w:r>
      <w:proofErr w:type="spellEnd"/>
      <w:r w:rsidRPr="007B6503">
        <w:rPr>
          <w:i/>
          <w:iCs/>
        </w:rPr>
        <w:t xml:space="preserve"> HĐQT </w:t>
      </w:r>
      <w:proofErr w:type="spellStart"/>
      <w:r w:rsidRPr="007B6503">
        <w:rPr>
          <w:i/>
          <w:iCs/>
        </w:rPr>
        <w:t>Tổng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công</w:t>
      </w:r>
      <w:proofErr w:type="spellEnd"/>
      <w:r w:rsidRPr="007B6503">
        <w:rPr>
          <w:i/>
          <w:iCs/>
        </w:rPr>
        <w:t xml:space="preserve"> ty PTSC – </w:t>
      </w:r>
      <w:proofErr w:type="spellStart"/>
      <w:r w:rsidRPr="007B6503">
        <w:rPr>
          <w:i/>
          <w:iCs/>
        </w:rPr>
        <w:t>phát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biểu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chỉ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đạo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đại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hội</w:t>
      </w:r>
      <w:proofErr w:type="spellEnd"/>
      <w:r w:rsidRPr="007B6503">
        <w:rPr>
          <w:i/>
          <w:iCs/>
          <w:lang w:val="vi-VN"/>
        </w:rPr>
        <w:t>)</w:t>
      </w:r>
    </w:p>
    <w:p w14:paraId="3942B64A" w14:textId="77777777" w:rsidR="007D7359" w:rsidRDefault="00483C14">
      <w:proofErr w:type="spellStart"/>
      <w:r>
        <w:t>Đ</w:t>
      </w:r>
      <w:r>
        <w:t>ồ</w:t>
      </w:r>
      <w:r>
        <w:t>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m</w:t>
      </w:r>
      <w:r>
        <w:t>ộ</w:t>
      </w:r>
      <w:r>
        <w:t>t</w:t>
      </w:r>
      <w:proofErr w:type="spellEnd"/>
      <w:r>
        <w:t xml:space="preserve"> </w:t>
      </w:r>
      <w:proofErr w:type="spellStart"/>
      <w:r>
        <w:t>s</w:t>
      </w:r>
      <w:r>
        <w:t>ố</w:t>
      </w:r>
      <w:proofErr w:type="spellEnd"/>
      <w:r>
        <w:t xml:space="preserve"> </w:t>
      </w:r>
      <w:proofErr w:type="spellStart"/>
      <w:r>
        <w:t>thách</w:t>
      </w:r>
      <w:proofErr w:type="spellEnd"/>
      <w:r>
        <w:t xml:space="preserve"> </w:t>
      </w:r>
      <w:proofErr w:type="spellStart"/>
      <w:r>
        <w:t>th</w:t>
      </w:r>
      <w:r>
        <w:t>ứ</w:t>
      </w:r>
      <w:r>
        <w:t>c</w:t>
      </w:r>
      <w:proofErr w:type="spellEnd"/>
      <w:r>
        <w:t xml:space="preserve"> </w:t>
      </w:r>
      <w:proofErr w:type="spellStart"/>
      <w:r>
        <w:t>m</w:t>
      </w:r>
      <w:r>
        <w:t>ớ</w:t>
      </w:r>
      <w:r>
        <w:t>i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</w:t>
      </w:r>
      <w:r>
        <w:t>ạ</w:t>
      </w:r>
      <w:r>
        <w:t>n</w:t>
      </w:r>
      <w:proofErr w:type="spellEnd"/>
      <w:r>
        <w:t xml:space="preserve"> 2025–2030,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b</w:t>
      </w:r>
      <w:r>
        <w:t>ộ</w:t>
      </w:r>
      <w:proofErr w:type="spellEnd"/>
      <w:r>
        <w:t xml:space="preserve"> Côn</w:t>
      </w:r>
      <w:r>
        <w:t xml:space="preserve">g ty </w:t>
      </w:r>
      <w:proofErr w:type="spellStart"/>
      <w:r>
        <w:t>ti</w:t>
      </w:r>
      <w:r>
        <w:t>ế</w:t>
      </w:r>
      <w:r>
        <w:t>p</w:t>
      </w:r>
      <w:proofErr w:type="spellEnd"/>
      <w:r>
        <w:t xml:space="preserve"> </w:t>
      </w:r>
      <w:proofErr w:type="spellStart"/>
      <w:r>
        <w:t>t</w:t>
      </w:r>
      <w:r>
        <w:t>ụ</w:t>
      </w:r>
      <w:r>
        <w:t>c</w:t>
      </w:r>
      <w:proofErr w:type="spellEnd"/>
      <w:r>
        <w:t xml:space="preserve"> </w:t>
      </w:r>
      <w:proofErr w:type="spellStart"/>
      <w:r>
        <w:t>đ</w:t>
      </w:r>
      <w:r>
        <w:t>ổ</w:t>
      </w:r>
      <w:r>
        <w:t>i</w:t>
      </w:r>
      <w:proofErr w:type="spellEnd"/>
      <w:r>
        <w:t xml:space="preserve"> </w:t>
      </w:r>
      <w:proofErr w:type="spellStart"/>
      <w:r>
        <w:t>m</w:t>
      </w:r>
      <w:r>
        <w:t>ớ</w:t>
      </w:r>
      <w:r>
        <w:t>i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</w:t>
      </w:r>
      <w:r>
        <w:t>ứ</w:t>
      </w:r>
      <w:r>
        <w:t>c</w:t>
      </w:r>
      <w:proofErr w:type="spellEnd"/>
      <w:r>
        <w:t xml:space="preserve"> </w:t>
      </w:r>
      <w:proofErr w:type="spellStart"/>
      <w:r>
        <w:t>lãnh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o</w:t>
      </w:r>
      <w:proofErr w:type="spellEnd"/>
      <w:r>
        <w:t xml:space="preserve">,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</w:t>
      </w:r>
      <w:r>
        <w:t>ấ</w:t>
      </w:r>
      <w:r>
        <w:t>t</w:t>
      </w:r>
      <w:proofErr w:type="spellEnd"/>
      <w:r>
        <w:t xml:space="preserve"> </w:t>
      </w:r>
      <w:proofErr w:type="spellStart"/>
      <w:r>
        <w:t>lư</w:t>
      </w:r>
      <w:r>
        <w:t>ợ</w:t>
      </w:r>
      <w:r>
        <w:t>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</w:t>
      </w:r>
      <w:r>
        <w:t>ạ</w:t>
      </w:r>
      <w:r>
        <w:t>t</w:t>
      </w:r>
      <w:proofErr w:type="spellEnd"/>
      <w:r>
        <w:t xml:space="preserve"> chi </w:t>
      </w:r>
      <w:proofErr w:type="spellStart"/>
      <w:r>
        <w:t>b</w:t>
      </w:r>
      <w:r>
        <w:t>ộ</w:t>
      </w:r>
      <w:proofErr w:type="spellEnd"/>
      <w:r>
        <w:t xml:space="preserve">, </w:t>
      </w:r>
      <w:proofErr w:type="spellStart"/>
      <w:r>
        <w:t>đ</w:t>
      </w:r>
      <w:r>
        <w:t>ẩ</w:t>
      </w:r>
      <w:r>
        <w:t>y</w:t>
      </w:r>
      <w:proofErr w:type="spellEnd"/>
      <w:r>
        <w:t xml:space="preserve"> </w:t>
      </w:r>
      <w:proofErr w:type="spellStart"/>
      <w:r>
        <w:t>m</w:t>
      </w:r>
      <w:r>
        <w:t>ạ</w:t>
      </w:r>
      <w:r>
        <w:t>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</w:t>
      </w:r>
      <w:r>
        <w:t>ạ</w:t>
      </w:r>
      <w:r>
        <w:t>o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</w:t>
      </w:r>
      <w:r>
        <w:t>ộ</w:t>
      </w:r>
      <w:proofErr w:type="spellEnd"/>
      <w:r>
        <w:t xml:space="preserve"> </w:t>
      </w:r>
      <w:proofErr w:type="spellStart"/>
      <w:r>
        <w:t>tr</w:t>
      </w:r>
      <w:r>
        <w:t>ẻ</w:t>
      </w:r>
      <w:proofErr w:type="spellEnd"/>
      <w:r>
        <w:t xml:space="preserve">, </w:t>
      </w:r>
      <w:proofErr w:type="spellStart"/>
      <w:r>
        <w:t>đ</w:t>
      </w:r>
      <w:r>
        <w:t>ả</w:t>
      </w:r>
      <w:r>
        <w:t>m</w:t>
      </w:r>
      <w:proofErr w:type="spellEnd"/>
      <w:r>
        <w:t xml:space="preserve"> </w:t>
      </w:r>
      <w:proofErr w:type="spellStart"/>
      <w:r>
        <w:t>b</w:t>
      </w:r>
      <w:r>
        <w:t>ả</w:t>
      </w:r>
      <w:r>
        <w:t>o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</w:t>
      </w:r>
      <w:r>
        <w:t>ụ</w:t>
      </w:r>
      <w:r>
        <w:t>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chi</w:t>
      </w:r>
      <w:r>
        <w:t>ế</w:t>
      </w:r>
      <w:r>
        <w:t>n</w:t>
      </w:r>
      <w:proofErr w:type="spellEnd"/>
      <w:r>
        <w:t xml:space="preserve"> </w:t>
      </w:r>
      <w:proofErr w:type="spellStart"/>
      <w:r>
        <w:t>lư</w:t>
      </w:r>
      <w:r>
        <w:t>ợ</w:t>
      </w:r>
      <w:r>
        <w:t>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c</w:t>
      </w:r>
      <w:r>
        <w:t>ả</w:t>
      </w:r>
      <w:r>
        <w:t>nh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nh</w:t>
      </w:r>
      <w:r>
        <w:t>ậ</w:t>
      </w:r>
      <w:r>
        <w:t>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chuy</w:t>
      </w:r>
      <w:r>
        <w:t>ể</w:t>
      </w:r>
      <w:r>
        <w:t>n</w:t>
      </w:r>
      <w:proofErr w:type="spellEnd"/>
      <w:r>
        <w:t xml:space="preserve"> </w:t>
      </w:r>
      <w:proofErr w:type="spellStart"/>
      <w:r>
        <w:t>đ</w:t>
      </w:r>
      <w:r>
        <w:t>ổ</w:t>
      </w:r>
      <w:r>
        <w:t>i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lư</w:t>
      </w:r>
      <w:r>
        <w:t>ợ</w:t>
      </w:r>
      <w:r>
        <w:t>ng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>.</w:t>
      </w:r>
    </w:p>
    <w:p w14:paraId="4F5800B6" w14:textId="77777777" w:rsidR="007B6503" w:rsidRDefault="00483C14">
      <w:pPr>
        <w:rPr>
          <w:lang w:val="vi-VN"/>
        </w:rPr>
      </w:pPr>
      <w:proofErr w:type="spellStart"/>
      <w:r>
        <w:t>V</w:t>
      </w:r>
      <w:r>
        <w:t>ớ</w:t>
      </w:r>
      <w:r>
        <w:t>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,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b</w:t>
      </w:r>
      <w:r>
        <w:t>ầ</w:t>
      </w:r>
      <w:r>
        <w:t>u</w:t>
      </w:r>
      <w:proofErr w:type="spellEnd"/>
      <w:r>
        <w:t xml:space="preserve"> ra Ban </w:t>
      </w:r>
      <w:proofErr w:type="spellStart"/>
      <w:r>
        <w:t>Ch</w:t>
      </w:r>
      <w:r>
        <w:t>ấ</w:t>
      </w:r>
      <w:r>
        <w:t>p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b</w:t>
      </w:r>
      <w:r>
        <w:t>ộ</w:t>
      </w:r>
      <w:proofErr w:type="spellEnd"/>
      <w:r>
        <w:t xml:space="preserve"> Công ty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k</w:t>
      </w:r>
      <w:r>
        <w:t>ỳ</w:t>
      </w:r>
      <w:proofErr w:type="spellEnd"/>
      <w:r>
        <w:t xml:space="preserve"> 2025–2030 </w:t>
      </w:r>
      <w:proofErr w:type="spellStart"/>
      <w:r>
        <w:t>g</w:t>
      </w:r>
      <w:r>
        <w:t>ồ</w:t>
      </w:r>
      <w:r>
        <w:t>m</w:t>
      </w:r>
      <w:proofErr w:type="spellEnd"/>
      <w:r>
        <w:t xml:space="preserve"> 5 </w:t>
      </w:r>
      <w:proofErr w:type="spellStart"/>
      <w:r>
        <w:t>đ</w:t>
      </w:r>
      <w:r>
        <w:t>ồ</w:t>
      </w:r>
      <w:r>
        <w:t>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. Trong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đ</w:t>
      </w:r>
      <w:r>
        <w:t>ồ</w:t>
      </w:r>
      <w:r>
        <w:t>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Nguy</w:t>
      </w:r>
      <w:r>
        <w:t>ễ</w:t>
      </w:r>
      <w:r>
        <w:t>n Thanh H</w:t>
      </w:r>
      <w:r>
        <w:t>ả</w:t>
      </w:r>
      <w:r>
        <w:t xml:space="preserve">i –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đ</w:t>
      </w:r>
      <w:r>
        <w:t>ố</w:t>
      </w:r>
      <w:r>
        <w:t>c</w:t>
      </w:r>
      <w:proofErr w:type="spellEnd"/>
      <w:r>
        <w:t xml:space="preserve"> Công ty </w:t>
      </w:r>
      <w:proofErr w:type="spellStart"/>
      <w:r>
        <w:t>đư</w:t>
      </w:r>
      <w:r>
        <w:t>ợ</w:t>
      </w:r>
      <w:r>
        <w:t>c</w:t>
      </w:r>
      <w:proofErr w:type="spellEnd"/>
      <w:r>
        <w:t xml:space="preserve"> </w:t>
      </w:r>
      <w:proofErr w:type="spellStart"/>
      <w:r>
        <w:t>tín</w:t>
      </w:r>
      <w:proofErr w:type="spellEnd"/>
      <w:r>
        <w:t xml:space="preserve">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gi</w:t>
      </w:r>
      <w:r>
        <w:t>ữ</w:t>
      </w:r>
      <w:proofErr w:type="spellEnd"/>
      <w:r>
        <w:t xml:space="preserve"> </w:t>
      </w:r>
      <w:proofErr w:type="spellStart"/>
      <w:r>
        <w:t>ch</w:t>
      </w:r>
      <w:r>
        <w:t>ứ</w:t>
      </w:r>
      <w:r>
        <w:t>c</w:t>
      </w:r>
      <w:proofErr w:type="spellEnd"/>
      <w:r>
        <w:t xml:space="preserve"> </w:t>
      </w:r>
      <w:proofErr w:type="spellStart"/>
      <w:r>
        <w:t>v</w:t>
      </w:r>
      <w:r>
        <w:t>ụ</w:t>
      </w:r>
      <w:proofErr w:type="spellEnd"/>
      <w:r>
        <w:t xml:space="preserve"> </w:t>
      </w:r>
      <w:proofErr w:type="spellStart"/>
      <w:r>
        <w:t>Bí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ủ</w:t>
      </w:r>
      <w:r>
        <w:t>y</w:t>
      </w:r>
      <w:proofErr w:type="spellEnd"/>
      <w:r>
        <w:t xml:space="preserve">.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b</w:t>
      </w:r>
      <w:r>
        <w:t>ầ</w:t>
      </w:r>
      <w:r>
        <w:t>u</w:t>
      </w:r>
      <w:proofErr w:type="spellEnd"/>
      <w:r>
        <w:t xml:space="preserve"> Đoàn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bi</w:t>
      </w:r>
      <w:r>
        <w:t>ể</w:t>
      </w:r>
      <w:r>
        <w:t>u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di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</w:t>
      </w:r>
      <w:r>
        <w:t>ự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b</w:t>
      </w:r>
      <w:r>
        <w:t>ộ</w:t>
      </w:r>
      <w:proofErr w:type="spellEnd"/>
      <w:r>
        <w:t xml:space="preserve"> </w:t>
      </w:r>
      <w:proofErr w:type="spellStart"/>
      <w:r>
        <w:t>T</w:t>
      </w:r>
      <w:r>
        <w:t>ổ</w:t>
      </w:r>
      <w:r>
        <w:t>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t</w:t>
      </w:r>
      <w:r>
        <w:t xml:space="preserve">y PTSC </w:t>
      </w:r>
      <w:proofErr w:type="spellStart"/>
      <w:r>
        <w:t>l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th</w:t>
      </w:r>
      <w:r>
        <w:t>ứ</w:t>
      </w:r>
      <w:proofErr w:type="spellEnd"/>
      <w:r>
        <w:t xml:space="preserve"> VIII,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ni</w:t>
      </w:r>
      <w:r>
        <w:t>ề</w:t>
      </w:r>
      <w:r>
        <w:t>m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</w:t>
      </w:r>
      <w:r>
        <w:t>ỳ</w:t>
      </w:r>
      <w:proofErr w:type="spellEnd"/>
      <w:r>
        <w:t xml:space="preserve"> </w:t>
      </w:r>
      <w:proofErr w:type="spellStart"/>
      <w:r>
        <w:t>v</w:t>
      </w:r>
      <w:r>
        <w:t>ọ</w:t>
      </w:r>
      <w:r>
        <w:t>ng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 w:rsidR="007B6503">
        <w:rPr>
          <w:lang w:val="vi-VN"/>
        </w:rP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Công ty.</w:t>
      </w:r>
    </w:p>
    <w:p w14:paraId="7E20190F" w14:textId="77777777" w:rsidR="007B6503" w:rsidRPr="007B6503" w:rsidRDefault="007B6503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4CE6A43A" wp14:editId="47371A6A">
            <wp:extent cx="5486400" cy="3655060"/>
            <wp:effectExtent l="0" t="0" r="0" b="2540"/>
            <wp:docPr id="13607158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5793" w14:textId="77777777" w:rsidR="007B6503" w:rsidRPr="007B6503" w:rsidRDefault="007B6503" w:rsidP="007B6503">
      <w:pPr>
        <w:jc w:val="center"/>
        <w:rPr>
          <w:i/>
          <w:iCs/>
          <w:lang w:val="vi-VN"/>
        </w:rPr>
      </w:pPr>
      <w:r w:rsidRPr="007B6503">
        <w:rPr>
          <w:i/>
          <w:iCs/>
          <w:lang w:val="vi-VN"/>
        </w:rPr>
        <w:t>(</w:t>
      </w:r>
      <w:r w:rsidRPr="007B6503">
        <w:rPr>
          <w:i/>
          <w:iCs/>
        </w:rPr>
        <w:t xml:space="preserve">Ban </w:t>
      </w:r>
      <w:proofErr w:type="spellStart"/>
      <w:r w:rsidRPr="007B6503">
        <w:rPr>
          <w:i/>
          <w:iCs/>
        </w:rPr>
        <w:t>Chấp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hành</w:t>
      </w:r>
      <w:proofErr w:type="spellEnd"/>
      <w:r w:rsidRPr="007B6503">
        <w:rPr>
          <w:i/>
          <w:iCs/>
        </w:rPr>
        <w:t xml:space="preserve"> Chi </w:t>
      </w:r>
      <w:proofErr w:type="spellStart"/>
      <w:r w:rsidRPr="007B6503">
        <w:rPr>
          <w:i/>
          <w:iCs/>
        </w:rPr>
        <w:t>bộ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nhiệm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kỳ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mới</w:t>
      </w:r>
      <w:proofErr w:type="spellEnd"/>
      <w:r>
        <w:rPr>
          <w:i/>
          <w:iCs/>
          <w:lang w:val="vi-VN"/>
        </w:rPr>
        <w:t xml:space="preserve"> </w:t>
      </w:r>
      <w:proofErr w:type="spellStart"/>
      <w:r w:rsidRPr="007B6503">
        <w:rPr>
          <w:i/>
          <w:iCs/>
        </w:rPr>
        <w:t>chính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thức</w:t>
      </w:r>
      <w:proofErr w:type="spellEnd"/>
      <w:r w:rsidRPr="007B6503">
        <w:rPr>
          <w:i/>
          <w:iCs/>
        </w:rPr>
        <w:t xml:space="preserve"> ra </w:t>
      </w:r>
      <w:proofErr w:type="spellStart"/>
      <w:r w:rsidRPr="007B6503">
        <w:rPr>
          <w:i/>
          <w:iCs/>
        </w:rPr>
        <w:t>mắt</w:t>
      </w:r>
      <w:proofErr w:type="spellEnd"/>
      <w:r w:rsidRPr="007B6503">
        <w:rPr>
          <w:i/>
          <w:iCs/>
          <w:lang w:val="vi-VN"/>
        </w:rPr>
        <w:t xml:space="preserve"> </w:t>
      </w:r>
      <w:proofErr w:type="spellStart"/>
      <w:r w:rsidRPr="007B6503">
        <w:rPr>
          <w:i/>
          <w:iCs/>
        </w:rPr>
        <w:t>Đại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hội</w:t>
      </w:r>
      <w:proofErr w:type="spellEnd"/>
      <w:r w:rsidRPr="007B6503">
        <w:rPr>
          <w:i/>
          <w:iCs/>
          <w:lang w:val="vi-VN"/>
        </w:rPr>
        <w:t>)</w:t>
      </w:r>
    </w:p>
    <w:p w14:paraId="14227773" w14:textId="77777777" w:rsidR="007B6503" w:rsidRPr="007F079F" w:rsidRDefault="00483C14" w:rsidP="007B6503">
      <w:pPr>
        <w:rPr>
          <w:lang w:val="vi-VN"/>
        </w:rPr>
      </w:pP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kêu</w:t>
      </w:r>
      <w:proofErr w:type="spellEnd"/>
      <w:r>
        <w:t xml:space="preserve"> </w:t>
      </w:r>
      <w:proofErr w:type="spellStart"/>
      <w:r>
        <w:t>g</w:t>
      </w:r>
      <w:r>
        <w:t>ọ</w:t>
      </w:r>
      <w:r>
        <w:t>i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</w:t>
      </w:r>
      <w:r>
        <w:t>ộ</w:t>
      </w:r>
      <w:proofErr w:type="spellEnd"/>
      <w:r>
        <w:t xml:space="preserve">, </w:t>
      </w:r>
      <w:proofErr w:type="spellStart"/>
      <w:r>
        <w:t>ngư</w:t>
      </w:r>
      <w:r>
        <w:t>ờ</w:t>
      </w:r>
      <w:r>
        <w:t>i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</w:t>
      </w:r>
      <w:r>
        <w:t>ộ</w:t>
      </w:r>
      <w:r>
        <w:t>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Công ty </w:t>
      </w:r>
      <w:proofErr w:type="spellStart"/>
      <w:r>
        <w:t>ti</w:t>
      </w:r>
      <w:r>
        <w:t>ế</w:t>
      </w:r>
      <w:r>
        <w:t>p</w:t>
      </w:r>
      <w:proofErr w:type="spellEnd"/>
      <w:r>
        <w:t xml:space="preserve"> </w:t>
      </w:r>
      <w:proofErr w:type="spellStart"/>
      <w:r>
        <w:t>t</w:t>
      </w:r>
      <w:r>
        <w:t>ụ</w:t>
      </w:r>
      <w:r>
        <w:t>c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</w:t>
      </w:r>
      <w:r>
        <w:t>ế</w:t>
      </w:r>
      <w:r>
        <w:t>t</w:t>
      </w:r>
      <w:proofErr w:type="spellEnd"/>
      <w:r>
        <w:t xml:space="preserve">,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</w:t>
      </w:r>
      <w:r>
        <w:t>ộ</w:t>
      </w:r>
      <w:r>
        <w:t>ng</w:t>
      </w:r>
      <w:proofErr w:type="spellEnd"/>
      <w:r>
        <w:t xml:space="preserve">,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</w:t>
      </w:r>
      <w:r>
        <w:t>ạ</w:t>
      </w:r>
      <w:r>
        <w:t>o</w:t>
      </w:r>
      <w:proofErr w:type="spellEnd"/>
      <w:r>
        <w:t xml:space="preserve">; </w:t>
      </w:r>
      <w:proofErr w:type="spellStart"/>
      <w:r>
        <w:t>quán</w:t>
      </w:r>
      <w:proofErr w:type="spellEnd"/>
      <w:r>
        <w:t xml:space="preserve"> </w:t>
      </w:r>
      <w:proofErr w:type="spellStart"/>
      <w:r>
        <w:t>tri</w:t>
      </w:r>
      <w:r>
        <w:t>ệ</w:t>
      </w:r>
      <w:r>
        <w:t>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</w:t>
      </w:r>
      <w:r>
        <w:t>ụ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Ngh</w:t>
      </w:r>
      <w:r>
        <w:t>ị</w:t>
      </w:r>
      <w:proofErr w:type="spellEnd"/>
      <w:r>
        <w:t xml:space="preserve"> </w:t>
      </w:r>
      <w:proofErr w:type="spellStart"/>
      <w:r>
        <w:t>quy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</w:t>
      </w:r>
      <w:r>
        <w:t>ộ</w:t>
      </w:r>
      <w:r>
        <w:t>ng</w:t>
      </w:r>
      <w:proofErr w:type="spellEnd"/>
      <w:r>
        <w:t xml:space="preserve">, </w:t>
      </w:r>
      <w:proofErr w:type="spellStart"/>
      <w:r>
        <w:t>k</w:t>
      </w:r>
      <w:r>
        <w:t>ế</w:t>
      </w:r>
      <w:proofErr w:type="spellEnd"/>
      <w:r>
        <w:t xml:space="preserve"> </w:t>
      </w:r>
      <w:proofErr w:type="spellStart"/>
      <w:r>
        <w:t>ho</w:t>
      </w:r>
      <w:r>
        <w:t>ạ</w:t>
      </w:r>
      <w:r>
        <w:t>ch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h</w:t>
      </w:r>
      <w:r>
        <w:t>ằ</w:t>
      </w:r>
      <w:r>
        <w:t>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, </w:t>
      </w:r>
      <w:proofErr w:type="spellStart"/>
      <w:r>
        <w:t>quy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th</w:t>
      </w:r>
      <w:r>
        <w:t>ự</w:t>
      </w:r>
      <w:r>
        <w:t>c</w:t>
      </w:r>
      <w:proofErr w:type="spellEnd"/>
      <w:r>
        <w:t xml:space="preserve"> </w:t>
      </w:r>
      <w:proofErr w:type="spellStart"/>
      <w:r>
        <w:t>hi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th</w:t>
      </w:r>
      <w:r>
        <w:t>ắ</w:t>
      </w:r>
      <w:r>
        <w:t>ng</w:t>
      </w:r>
      <w:proofErr w:type="spellEnd"/>
      <w:r>
        <w:t xml:space="preserve"> </w:t>
      </w:r>
      <w:proofErr w:type="spellStart"/>
      <w:r>
        <w:t>l</w:t>
      </w:r>
      <w:r>
        <w:t>ợ</w:t>
      </w:r>
      <w:r>
        <w:t>i</w:t>
      </w:r>
      <w:proofErr w:type="spellEnd"/>
      <w:r>
        <w:t xml:space="preserve">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v</w:t>
      </w:r>
      <w:r>
        <w:t>ụ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tr</w:t>
      </w:r>
      <w:r>
        <w:t>ị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nhi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k</w:t>
      </w:r>
      <w:r>
        <w:t>ỳ</w:t>
      </w:r>
      <w:proofErr w:type="spellEnd"/>
      <w:r>
        <w:t xml:space="preserve"> </w:t>
      </w:r>
      <w:proofErr w:type="spellStart"/>
      <w:r>
        <w:t>m</w:t>
      </w:r>
      <w:r>
        <w:t>ớ</w:t>
      </w:r>
      <w:r>
        <w:t>i</w:t>
      </w:r>
      <w:proofErr w:type="spellEnd"/>
      <w:r>
        <w:t>.</w:t>
      </w:r>
      <w:r w:rsidR="007B6503">
        <w:rPr>
          <w:noProof/>
        </w:rPr>
        <w:drawing>
          <wp:inline distT="0" distB="0" distL="0" distR="0" wp14:anchorId="27FD2A14" wp14:editId="36440560">
            <wp:extent cx="5486400" cy="3653790"/>
            <wp:effectExtent l="0" t="0" r="0" b="3810"/>
            <wp:docPr id="94877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307A" w14:textId="77777777" w:rsidR="007B6503" w:rsidRPr="007B6503" w:rsidRDefault="007B6503" w:rsidP="007B6503">
      <w:pPr>
        <w:jc w:val="center"/>
        <w:rPr>
          <w:i/>
          <w:iCs/>
          <w:lang w:val="vi-VN"/>
        </w:rPr>
      </w:pPr>
      <w:r w:rsidRPr="007B6503">
        <w:rPr>
          <w:i/>
          <w:iCs/>
          <w:lang w:val="vi-VN"/>
        </w:rPr>
        <w:lastRenderedPageBreak/>
        <w:t>(</w:t>
      </w:r>
      <w:proofErr w:type="spellStart"/>
      <w:r w:rsidRPr="007B6503">
        <w:rPr>
          <w:i/>
          <w:iCs/>
        </w:rPr>
        <w:t>Toàn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thể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đảng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viên</w:t>
      </w:r>
      <w:proofErr w:type="spellEnd"/>
      <w:r w:rsidRPr="007B6503">
        <w:rPr>
          <w:i/>
          <w:iCs/>
        </w:rPr>
        <w:t xml:space="preserve"> </w:t>
      </w:r>
      <w:r w:rsidRPr="007B6503">
        <w:rPr>
          <w:i/>
          <w:iCs/>
          <w:lang w:val="vi-VN"/>
        </w:rPr>
        <w:t xml:space="preserve">Đảng bộ </w:t>
      </w:r>
      <w:proofErr w:type="spellStart"/>
      <w:r w:rsidRPr="007B6503">
        <w:rPr>
          <w:i/>
          <w:iCs/>
        </w:rPr>
        <w:t>tham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dự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đại</w:t>
      </w:r>
      <w:proofErr w:type="spellEnd"/>
      <w:r w:rsidRPr="007B6503">
        <w:rPr>
          <w:i/>
          <w:iCs/>
        </w:rPr>
        <w:t xml:space="preserve"> </w:t>
      </w:r>
      <w:proofErr w:type="spellStart"/>
      <w:r w:rsidRPr="007B6503">
        <w:rPr>
          <w:i/>
          <w:iCs/>
        </w:rPr>
        <w:t>hội</w:t>
      </w:r>
      <w:proofErr w:type="spellEnd"/>
      <w:r w:rsidRPr="007B6503">
        <w:rPr>
          <w:i/>
          <w:iCs/>
          <w:lang w:val="vi-VN"/>
        </w:rPr>
        <w:t>)</w:t>
      </w:r>
    </w:p>
    <w:p w14:paraId="7149668C" w14:textId="77777777" w:rsidR="007B6503" w:rsidRDefault="007B6503" w:rsidP="007B6503">
      <w:pPr>
        <w:rPr>
          <w:lang w:val="vi-VN"/>
        </w:rPr>
      </w:pPr>
      <w:r>
        <w:t xml:space="preserve">Thành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V </w:t>
      </w:r>
      <w:proofErr w:type="spellStart"/>
      <w:r>
        <w:t>khẳng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Công ty, </w:t>
      </w:r>
      <w:proofErr w:type="spellStart"/>
      <w:r>
        <w:t>là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mốc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sạch</w:t>
      </w:r>
      <w:proofErr w:type="spellEnd"/>
      <w:r>
        <w:t xml:space="preserve">,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,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chắc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Công ty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bền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ty PTSC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 </w:t>
      </w:r>
      <w:proofErr w:type="spellStart"/>
      <w:r>
        <w:t>Dầu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Việt Nam.</w:t>
      </w:r>
    </w:p>
    <w:p w14:paraId="27F00BD6" w14:textId="77777777" w:rsidR="007D7359" w:rsidRDefault="007D7359" w:rsidP="007B6503"/>
    <w:sectPr w:rsidR="007D7359" w:rsidSect="007F079F">
      <w:pgSz w:w="12240" w:h="15840"/>
      <w:pgMar w:top="568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D6813"/>
    <w:rsid w:val="00317774"/>
    <w:rsid w:val="00326F90"/>
    <w:rsid w:val="00483C14"/>
    <w:rsid w:val="00756AE7"/>
    <w:rsid w:val="007B6503"/>
    <w:rsid w:val="007D7359"/>
    <w:rsid w:val="007F079F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B1CFC9"/>
  <w14:defaultImageDpi w14:val="300"/>
  <w15:docId w15:val="{B05099FE-8466-4CFF-BE62-24BCC2D6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2</cp:revision>
  <cp:lastPrinted>2025-05-22T07:51:00Z</cp:lastPrinted>
  <dcterms:created xsi:type="dcterms:W3CDTF">2025-05-30T04:31:00Z</dcterms:created>
  <dcterms:modified xsi:type="dcterms:W3CDTF">2025-05-30T04:31:00Z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919492a6-09da-4274-bc96-b02143710d2c</vt:lpwstr>
  </property>
</Properties>
</file>